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i w:val="0"/>
          <w:sz w:val="28"/>
        </w:rPr>
        <w:t>Договор купли-продажи транспортного средства</w:t>
      </w:r>
    </w:p>
    <w:p>
      <w:pPr>
        <w:spacing w:after="200"/>
      </w:pPr>
      <w:r>
        <w:rPr>
          <w:b w:val="0"/>
          <w:i/>
          <w:sz w:val="20"/>
        </w:rPr>
        <w:t>Между физическими лицами. Подходит для машины, ввезённой из-за границы.</w:t>
      </w:r>
    </w:p>
    <w:p>
      <w:pPr>
        <w:spacing w:after="160"/>
      </w:pPr>
      <w:r>
        <w:rPr>
          <w:b w:val="0"/>
          <w:i w:val="0"/>
          <w:sz w:val="22"/>
        </w:rPr>
        <w:t>Место заключения: ___________________________________</w:t>
      </w:r>
    </w:p>
    <w:p>
      <w:pPr>
        <w:spacing w:after="160"/>
      </w:pPr>
      <w:r>
        <w:rPr>
          <w:b w:val="0"/>
          <w:i w:val="0"/>
          <w:sz w:val="22"/>
        </w:rPr>
        <w:t>Дата заключения: ___________________________________</w:t>
      </w:r>
    </w:p>
    <w:p>
      <w:pPr>
        <w:spacing w:after="120"/>
      </w:pPr>
      <w:r>
        <w:rPr>
          <w:b w:val="0"/>
          <w:i w:val="0"/>
          <w:sz w:val="24"/>
        </w:rPr>
      </w:r>
    </w:p>
    <w:p>
      <w:pPr>
        <w:spacing w:after="80"/>
      </w:pPr>
      <w:r>
        <w:rPr>
          <w:b/>
          <w:i w:val="0"/>
          <w:sz w:val="24"/>
        </w:rPr>
        <w:t>Стороны</w:t>
      </w:r>
    </w:p>
    <w:p>
      <w:pPr>
        <w:spacing w:after="160"/>
      </w:pPr>
      <w:r>
        <w:rPr>
          <w:b w:val="0"/>
          <w:i w:val="0"/>
          <w:sz w:val="22"/>
        </w:rPr>
        <w:t>Продавец: фамилия, имя, отчество: ______________________________________________________________________________</w:t>
      </w:r>
    </w:p>
    <w:p>
      <w:pPr>
        <w:spacing w:after="160"/>
      </w:pPr>
      <w:r>
        <w:rPr>
          <w:b w:val="0"/>
          <w:i w:val="0"/>
          <w:sz w:val="22"/>
        </w:rPr>
        <w:t>Паспорт: серия, номер, кем и когда выдан: ______________________________________________________________________________</w:t>
      </w:r>
    </w:p>
    <w:p>
      <w:pPr>
        <w:spacing w:after="160"/>
      </w:pPr>
      <w:r>
        <w:rPr>
          <w:b w:val="0"/>
          <w:i w:val="0"/>
          <w:sz w:val="22"/>
        </w:rPr>
        <w:t>Адрес регистрации: ______________________________________________________________________________</w:t>
      </w:r>
    </w:p>
    <w:p>
      <w:pPr>
        <w:spacing w:after="160"/>
      </w:pPr>
      <w:r>
        <w:rPr>
          <w:b w:val="0"/>
          <w:i w:val="0"/>
          <w:sz w:val="22"/>
        </w:rPr>
        <w:t>Телефон: ______________________________________________</w:t>
      </w:r>
    </w:p>
    <w:p>
      <w:pPr>
        <w:spacing w:after="80"/>
      </w:pPr>
      <w:r>
        <w:rPr>
          <w:b w:val="0"/>
          <w:i w:val="0"/>
          <w:sz w:val="24"/>
        </w:rPr>
      </w:r>
    </w:p>
    <w:p>
      <w:pPr>
        <w:spacing w:after="160"/>
      </w:pPr>
      <w:r>
        <w:rPr>
          <w:b w:val="0"/>
          <w:i w:val="0"/>
          <w:sz w:val="22"/>
        </w:rPr>
        <w:t>Покупатель: фамилия, имя, отчество: ______________________________________________________________________________</w:t>
      </w:r>
    </w:p>
    <w:p>
      <w:pPr>
        <w:spacing w:after="160"/>
      </w:pPr>
      <w:r>
        <w:rPr>
          <w:b w:val="0"/>
          <w:i w:val="0"/>
          <w:sz w:val="22"/>
        </w:rPr>
        <w:t>Паспорт: серия, номер, кем и когда выдан: ______________________________________________________________________________</w:t>
      </w:r>
    </w:p>
    <w:p>
      <w:pPr>
        <w:spacing w:after="160"/>
      </w:pPr>
      <w:r>
        <w:rPr>
          <w:b w:val="0"/>
          <w:i w:val="0"/>
          <w:sz w:val="22"/>
        </w:rPr>
        <w:t>Адрес регистрации: ______________________________________________________________________________</w:t>
      </w:r>
    </w:p>
    <w:p>
      <w:pPr>
        <w:spacing w:after="160"/>
      </w:pPr>
      <w:r>
        <w:rPr>
          <w:b w:val="0"/>
          <w:i w:val="0"/>
          <w:sz w:val="22"/>
        </w:rPr>
        <w:t>Телефон: ______________________________________________</w:t>
      </w:r>
    </w:p>
    <w:p>
      <w:pPr>
        <w:spacing w:after="120"/>
      </w:pPr>
      <w:r>
        <w:rPr>
          <w:b w:val="0"/>
          <w:i w:val="0"/>
          <w:sz w:val="24"/>
        </w:rPr>
      </w:r>
    </w:p>
    <w:p>
      <w:pPr>
        <w:spacing w:after="80"/>
      </w:pPr>
      <w:r>
        <w:rPr>
          <w:b/>
          <w:i w:val="0"/>
          <w:sz w:val="24"/>
        </w:rPr>
        <w:t>Предмет договора</w:t>
      </w:r>
    </w:p>
    <w:p>
      <w:pPr>
        <w:spacing w:after="120"/>
      </w:pPr>
      <w:r>
        <w:rPr>
          <w:b w:val="0"/>
          <w:i w:val="0"/>
          <w:sz w:val="22"/>
        </w:rPr>
        <w:t>Продавец передаёт в собственность покупателя, а покупатель принимает и оплачивает транспортное средство:</w:t>
      </w:r>
    </w:p>
    <w:p>
      <w:pPr>
        <w:spacing w:after="160"/>
      </w:pPr>
      <w:r>
        <w:rPr>
          <w:b w:val="0"/>
          <w:i w:val="0"/>
          <w:sz w:val="22"/>
        </w:rPr>
        <w:t>Марка, модель: ______________________________________________________________________________</w:t>
      </w:r>
    </w:p>
    <w:p>
      <w:pPr>
        <w:spacing w:after="160"/>
      </w:pPr>
      <w:r>
        <w:rPr>
          <w:b w:val="0"/>
          <w:i w:val="0"/>
          <w:sz w:val="22"/>
        </w:rPr>
        <w:t>Идентификационный номер (VIN): ______________________________________________________________________________</w:t>
      </w:r>
    </w:p>
    <w:p>
      <w:pPr>
        <w:spacing w:after="160"/>
      </w:pPr>
      <w:r>
        <w:rPr>
          <w:b w:val="0"/>
          <w:i w:val="0"/>
          <w:sz w:val="22"/>
        </w:rPr>
        <w:t>Год выпуска: ___________________________________</w:t>
      </w:r>
    </w:p>
    <w:p>
      <w:pPr>
        <w:spacing w:after="160"/>
      </w:pPr>
      <w:r>
        <w:rPr>
          <w:b w:val="0"/>
          <w:i w:val="0"/>
          <w:sz w:val="22"/>
        </w:rPr>
        <w:t>Модель и номер двигателя: ______________________________________________________________________________</w:t>
      </w:r>
    </w:p>
    <w:p>
      <w:pPr>
        <w:spacing w:after="160"/>
      </w:pPr>
      <w:r>
        <w:rPr>
          <w:b w:val="0"/>
          <w:i w:val="0"/>
          <w:sz w:val="22"/>
        </w:rPr>
        <w:t>Объём двигателя, см³: ___________________________________</w:t>
      </w:r>
    </w:p>
    <w:p>
      <w:pPr>
        <w:spacing w:after="160"/>
      </w:pPr>
      <w:r>
        <w:rPr>
          <w:b w:val="0"/>
          <w:i w:val="0"/>
          <w:sz w:val="22"/>
        </w:rPr>
        <w:t>Мощность двигателя, л.с. / кВт: ______________________________________________</w:t>
      </w:r>
    </w:p>
    <w:p>
      <w:pPr>
        <w:spacing w:after="160"/>
      </w:pPr>
      <w:r>
        <w:rPr>
          <w:b w:val="0"/>
          <w:i w:val="0"/>
          <w:sz w:val="22"/>
        </w:rPr>
        <w:t>Цвет: ______________________________________________</w:t>
      </w:r>
    </w:p>
    <w:p>
      <w:pPr>
        <w:spacing w:after="160"/>
      </w:pPr>
      <w:r>
        <w:rPr>
          <w:b w:val="0"/>
          <w:i w:val="0"/>
          <w:sz w:val="22"/>
        </w:rPr>
        <w:t>Паспорт транспортного средства: номер, дата: ______________________________________________________________________________</w:t>
      </w:r>
    </w:p>
    <w:p>
      <w:pPr>
        <w:spacing w:after="120"/>
      </w:pPr>
      <w:r>
        <w:rPr>
          <w:b w:val="0"/>
          <w:i w:val="0"/>
          <w:sz w:val="24"/>
        </w:rPr>
      </w:r>
    </w:p>
    <w:p>
      <w:pPr>
        <w:spacing w:after="80"/>
      </w:pPr>
      <w:r>
        <w:rPr>
          <w:b/>
          <w:i w:val="0"/>
          <w:sz w:val="24"/>
        </w:rPr>
        <w:t>Сведения о ввозе и утилизационном сборе</w:t>
      </w:r>
    </w:p>
    <w:p>
      <w:pPr>
        <w:spacing w:after="120"/>
      </w:pPr>
      <w:r>
        <w:rPr>
          <w:b w:val="0"/>
          <w:i w:val="0"/>
          <w:sz w:val="22"/>
        </w:rPr>
        <w:t>Заполняется, если машина ввезена из-за границы. Эти строки — не формальность: от даты приходного ордера считаются двенадцать месяцев, в течение которых продажа влечёт доплату сбора.</w:t>
      </w:r>
    </w:p>
    <w:p>
      <w:pPr>
        <w:spacing w:after="160"/>
      </w:pPr>
      <w:r>
        <w:rPr>
          <w:b w:val="0"/>
          <w:i w:val="0"/>
          <w:sz w:val="22"/>
        </w:rPr>
        <w:t>Номер и дата таможенного приходного ордера: ______________________________________________________________________________</w:t>
      </w:r>
    </w:p>
    <w:p>
      <w:pPr>
        <w:spacing w:after="160"/>
      </w:pPr>
      <w:r>
        <w:rPr>
          <w:b w:val="0"/>
          <w:i w:val="0"/>
          <w:sz w:val="22"/>
        </w:rPr>
        <w:t>Уплаченная сумма утилизационного сбора, руб.: ______________________________________________</w:t>
      </w:r>
    </w:p>
    <w:p>
      <w:pPr>
        <w:spacing w:after="160"/>
      </w:pPr>
      <w:r>
        <w:rPr>
          <w:b w:val="0"/>
          <w:i w:val="0"/>
          <w:sz w:val="22"/>
        </w:rPr>
        <w:t>Плательщик сбора по приходному ордеру: ______________________________________________________________________________</w:t>
      </w:r>
    </w:p>
    <w:p>
      <w:pPr>
        <w:spacing w:after="120"/>
      </w:pPr>
      <w:r>
        <w:rPr>
          <w:b w:val="0"/>
          <w:i w:val="0"/>
          <w:sz w:val="24"/>
        </w:rPr>
      </w:r>
    </w:p>
    <w:p>
      <w:pPr>
        <w:spacing w:after="80"/>
      </w:pPr>
      <w:r>
        <w:rPr>
          <w:b/>
          <w:i w:val="0"/>
          <w:sz w:val="24"/>
        </w:rPr>
        <w:t>Цена и порядок расчётов</w:t>
      </w:r>
    </w:p>
    <w:p>
      <w:pPr>
        <w:spacing w:after="160"/>
      </w:pPr>
      <w:r>
        <w:rPr>
          <w:b w:val="0"/>
          <w:i w:val="0"/>
          <w:sz w:val="22"/>
        </w:rPr>
        <w:t>Цена, цифрами и прописью: ______________________________________________________________________________</w:t>
      </w:r>
    </w:p>
    <w:p>
      <w:pPr>
        <w:spacing w:after="160"/>
      </w:pPr>
      <w:r>
        <w:rPr>
          <w:b w:val="0"/>
          <w:i w:val="0"/>
          <w:sz w:val="22"/>
        </w:rPr>
        <w:t>Порядок оплаты: наличными, переводом, иное: ______________________________________________________________________________</w:t>
      </w:r>
    </w:p>
    <w:p>
      <w:pPr>
        <w:spacing w:after="120"/>
      </w:pPr>
      <w:r>
        <w:rPr>
          <w:b w:val="0"/>
          <w:i w:val="0"/>
          <w:sz w:val="24"/>
        </w:rPr>
      </w:r>
    </w:p>
    <w:p>
      <w:pPr>
        <w:spacing w:after="80"/>
      </w:pPr>
      <w:r>
        <w:rPr>
          <w:b/>
          <w:i w:val="0"/>
          <w:sz w:val="24"/>
        </w:rPr>
        <w:t>Заявления сторон</w:t>
      </w:r>
    </w:p>
    <w:p>
      <w:pPr>
        <w:spacing w:after="120"/>
      </w:pPr>
      <w:r>
        <w:rPr>
          <w:b w:val="0"/>
          <w:i w:val="0"/>
          <w:sz w:val="22"/>
        </w:rPr>
        <w:t>Продавец заявляет, что транспортное средство не заложено, не находится под арестом, не является предметом спора, права третьих лиц на него отсутствуют, а сведения о таможенном оформлении и уплате утилизационного сбора, указанные выше, достоверны.</w:t>
      </w:r>
    </w:p>
    <w:p>
      <w:pPr>
        <w:spacing w:after="120"/>
      </w:pPr>
      <w:r>
        <w:rPr>
          <w:b w:val="0"/>
          <w:i w:val="0"/>
          <w:sz w:val="22"/>
        </w:rPr>
        <w:t>Покупатель заявляет, что транспортное средство осмотрел, с его техническим состоянием ознакомлен, документы проверил.</w:t>
      </w:r>
    </w:p>
    <w:p>
      <w:pPr>
        <w:spacing w:after="80"/>
      </w:pPr>
      <w:r>
        <w:rPr>
          <w:b w:val="0"/>
          <w:i w:val="0"/>
          <w:sz w:val="24"/>
        </w:rPr>
      </w:r>
    </w:p>
    <w:p>
      <w:pPr>
        <w:spacing w:after="120"/>
      </w:pPr>
      <w:r>
        <w:rPr>
          <w:b w:val="0"/>
          <w:i w:val="0"/>
          <w:sz w:val="22"/>
        </w:rPr>
        <w:t>Деньги передал, транспортное средство принял. Транспортное средство передал, деньги получил. Договор составлен в трёх экземплярах.</w:t>
      </w:r>
    </w:p>
    <w:p>
      <w:pPr>
        <w:spacing w:after="160"/>
      </w:pPr>
      <w:r>
        <w:rPr>
          <w:b w:val="0"/>
          <w:i w:val="0"/>
          <w:sz w:val="24"/>
        </w:rPr>
      </w:r>
    </w:p>
    <w:p>
      <w:pPr>
        <w:spacing w:after="80"/>
      </w:pPr>
      <w:r>
        <w:rPr>
          <w:b w:val="0"/>
          <w:i w:val="0"/>
          <w:sz w:val="22"/>
        </w:rPr>
        <w:t>Продавец  ______________________ / ______________________</w:t>
      </w:r>
    </w:p>
    <w:p>
      <w:pPr>
        <w:spacing w:after="200"/>
      </w:pPr>
      <w:r>
        <w:rPr>
          <w:b w:val="0"/>
          <w:i/>
          <w:sz w:val="16"/>
        </w:rPr>
        <w:t xml:space="preserve">                                  подпись                                 фамилия и инициалы</w:t>
      </w:r>
    </w:p>
    <w:p>
      <w:pPr>
        <w:spacing w:after="80"/>
      </w:pPr>
      <w:r>
        <w:rPr>
          <w:b w:val="0"/>
          <w:i w:val="0"/>
          <w:sz w:val="22"/>
        </w:rPr>
        <w:t>Покупатель  ______________________ / ______________________</w:t>
      </w:r>
    </w:p>
    <w:p>
      <w:pPr>
        <w:spacing w:after="200"/>
      </w:pPr>
      <w:r>
        <w:rPr>
          <w:b w:val="0"/>
          <w:i/>
          <w:sz w:val="16"/>
        </w:rPr>
        <w:t xml:space="preserve">                                  подпись                                 фамилия и инициалы</w:t>
      </w:r>
    </w:p>
    <w:p>
      <w:r>
        <w:br w:type="page"/>
      </w:r>
    </w:p>
    <w:p>
      <w:pPr>
        <w:spacing w:after="120"/>
      </w:pPr>
      <w:r>
        <w:rPr>
          <w:b/>
          <w:i w:val="0"/>
          <w:sz w:val="26"/>
        </w:rPr>
        <w:t>Как заполнить</w:t>
      </w:r>
    </w:p>
    <w:p>
      <w:pPr>
        <w:pStyle w:val="ListBullet"/>
        <w:spacing w:after="80"/>
      </w:pPr>
      <w:r>
        <w:t>Пишите одинаково во всех трёх экземплярах: продавцу, покупателю и в ГИБДД. Расхождение хотя бы в одной цифре VIN — повод для отказа в регистрации.</w:t>
      </w:r>
    </w:p>
    <w:p>
      <w:pPr>
        <w:pStyle w:val="ListBullet"/>
        <w:spacing w:after="80"/>
      </w:pPr>
      <w:r>
        <w:t>Цену указывайте настоящую. Заниженная сумма в договоре бьёт по покупателю: при споре вернуть удастся только то, что написано.</w:t>
      </w:r>
    </w:p>
    <w:p>
      <w:pPr>
        <w:pStyle w:val="ListBullet"/>
        <w:spacing w:after="80"/>
      </w:pPr>
      <w:r>
        <w:t>Блок про ввоз заполняйте всегда, когда машина приехала из-за границы. Если продавец отказывается вписывать номер и дату приходного ордера — это сам по себе ответ.</w:t>
      </w:r>
    </w:p>
    <w:p>
      <w:pPr>
        <w:pStyle w:val="ListBullet"/>
        <w:spacing w:after="80"/>
      </w:pPr>
      <w:r>
        <w:t>Исправления не замазывайте. Ошиблись — перепишите лист заново.</w:t>
      </w:r>
    </w:p>
    <w:p>
      <w:pPr>
        <w:pStyle w:val="ListBullet"/>
        <w:spacing w:after="80"/>
      </w:pPr>
      <w:r>
        <w:t>Дата в договоре и дата фактической передачи должны совпадать.</w:t>
      </w:r>
    </w:p>
    <w:p>
      <w:pPr>
        <w:spacing w:after="120"/>
      </w:pPr>
      <w:r>
        <w:rPr>
          <w:b w:val="0"/>
          <w:i w:val="0"/>
          <w:sz w:val="24"/>
        </w:rPr>
      </w:r>
    </w:p>
    <w:p>
      <w:pPr>
        <w:spacing w:after="120"/>
      </w:pPr>
      <w:r>
        <w:rPr>
          <w:b/>
          <w:i w:val="0"/>
          <w:sz w:val="26"/>
        </w:rPr>
        <w:t>Что важно знать</w:t>
      </w:r>
    </w:p>
    <w:p>
      <w:pPr>
        <w:pStyle w:val="ListBullet"/>
        <w:spacing w:after="80"/>
      </w:pPr>
      <w:r>
        <w:t>Утилизационный сбор платится за машину один раз. Если первый собственник уплатил его правильно и в полном размере, следующий не платит заново.</w:t>
      </w:r>
    </w:p>
    <w:p>
      <w:pPr>
        <w:pStyle w:val="ListBullet"/>
        <w:spacing w:after="80"/>
      </w:pPr>
      <w:r>
        <w:t>Если сбор уплачен по льготной ставке (3 400 или 5 200 рублей), действует правило двенадцати месяцев: продажа раньше срока означает доплату до полной суммы по общей сетке, без пропорции за прошедшие месяцы.</w:t>
      </w:r>
    </w:p>
    <w:p>
      <w:pPr>
        <w:pStyle w:val="ListBullet"/>
        <w:spacing w:after="80"/>
      </w:pPr>
      <w:r>
        <w:t>Двенадцать месяцев считаются от даты таможенного приходного ордера, а не от даты договора и не от постановки на учёт.</w:t>
      </w:r>
    </w:p>
    <w:p>
      <w:pPr>
        <w:pStyle w:val="ListBullet"/>
        <w:spacing w:after="80"/>
      </w:pPr>
      <w:r>
        <w:t>Срок, в течение которого может быть выявлена неуплата, — три года.</w:t>
      </w:r>
    </w:p>
    <w:p>
      <w:pPr>
        <w:pStyle w:val="ListBullet"/>
        <w:spacing w:after="80"/>
      </w:pPr>
      <w:r>
        <w:t>Отметка об уплате сбора видна в электронном паспорте. Статус паспорта проверяется бесплатно по VIN на портале системы электронных паспортов.</w:t>
      </w:r>
    </w:p>
    <w:p>
      <w:pPr>
        <w:spacing w:after="160"/>
      </w:pPr>
      <w:r>
        <w:rPr>
          <w:b w:val="0"/>
          <w:i w:val="0"/>
          <w:sz w:val="24"/>
        </w:rPr>
      </w:r>
    </w:p>
    <w:p>
      <w:pPr>
        <w:spacing w:after="0"/>
      </w:pPr>
      <w:r>
        <w:rPr>
          <w:b w:val="0"/>
          <w:i/>
          <w:sz w:val="16"/>
        </w:rPr>
        <w:t>Бланк подготовлен редакцией utilka.online. Не является официально утверждённой формой.</w:t>
      </w:r>
    </w:p>
    <w:sectPr w:rsidR="00FC693F" w:rsidRPr="0006063C" w:rsidSect="00034616">
      <w:pgSz w:w="12240" w:h="15840"/>
      <w:pgMar w:top="1020" w:right="850" w:bottom="90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